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התהליך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יומן תהליך ולמה הוא חשוב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תיאור שלבים בתהליך למידה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רפלקציה על קשיים, עזרה ושינויים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תוצר הוא התוצאה הסופית, תהליך הוא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היומן עוסק בכל שלבי התהליך, לא רק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שלב 3 שואל מי עזר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בדף מופיעים סמלי פנים להבעת הרגשה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(היום עשיתי...)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(היה לי קשה כש...)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(מישהו עזר לי ב...)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(שיניתי את...)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נכון של מילוי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והכיתה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מה עשו באותו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מתארים קושי 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ממי קיבלו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פעולה, קושי ועזרה שקיבלו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תוצר=תוצאה סופית, תהליך=כל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עשיתי, קושי, עזרה, 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ללמוד מהתהליך ולהשתפר בפעם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היומן בפועל תוך כדי עבודה על משימה אמיתית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לכתוב בכנות גם על קשיים, לא רק הצלחות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כבסיס לשיחה אישית על תהליך הלמידה של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התהליך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יומן התהליך הוא כלי שבו מתעדים לא רק את התוצר הסופי אלא את כל הדרך - מה עשינו, מה היה קשה, ממי קיבלנו עזרה ומה שינינו תוך כדי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עזר  ·  עשיתי  ·  תהליך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תוצר לתהליך?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תוצר הוא הדרך, תהליך הוא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תוצר הוא התוצאה הסופית, תהליך הוא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יש ביומן התהליך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התהליך עוסק רק בתוצאה הסופית של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יש מקום לכתוב ממי קיבלנו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לבטא הרגשות ביומן באמצעות אימוג׳ים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ביומן התהליך מתעדים לא רק את התוצר אלא גם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הראשון כותבים מה __________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בשלב השלישי כותבים מי __________ 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שיניתי את...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מישהו עזר לי ב...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היה לי קשה כש...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היום עשיתי...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נכון של מילוי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מה עשו באותו שלב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השם והכיתה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ממי קיבלו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מתארים קושי שהיה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שלב אחד ממשימה שעבדתם עליה לאחרונה: מה עשיתם, מה היה קשה, ומי עזר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תוצר לתהליך?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ארבעה שלבים מופיעים ביומן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התהליך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