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יומן התהליך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יומן תהליך ולמה הוא חשוב בלמידה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תיאור שלבים בתהליך למידה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רפלקציה על קשיים, עזרה ושינויים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תוצר הוא התוצאה הסופית, תהליך הוא כל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מה היה לי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באימוג׳י 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בסוף כל שלב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היומן עוסק בכל שלבי התהליך, לא רק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שלב 3 שואל מי עזר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בדף מופיעים סמלי פנים להבעת הרגשה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שאלה מפורשת על מה רוצים לשפר בפעם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ההנחיה היא למלא בסוף כל שלב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(היום עשיתי...)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(היה לי קשה כש...)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(מישהו עזר לי ב...)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(שיניתי את...)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נכון של מילוי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את השם והכיתה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מה עשו באותו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מתארים קושי שהיה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ממי קיבלו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מתארים שינוי שנעשה בעבודה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מסמנים איך הרגישו וכותבים מה לשפר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תיאור פעולה, קושי ועזרה שקיבלו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יעד שיפור ברור וריאלי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תוצר=תוצאה סופית, תהליך=כל הדרך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עשיתי, קושי, עזרה, 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ללמוד מהתהליך ולהשתפר בפעם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למלא את היומן בפועל תוך כדי עבודה על משימה אמיתית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לכתוב בכנות גם על קשיים, לא רק הצלחות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כבסיס לשיחה אישית על תהליך הלמידה של כל תלמיד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יומן התהליך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יומן תהליך זה דף שבו כותבים מה עשינו בכל שלב של העבודה, לא רק את הסוף.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הדרך מההתחלה ועד הסוף, לא רק התוצאה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 המוגמר שנוצר בסוף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והבנה על מה שעשינו ולמדנו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שהיה לא קל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שינוי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שהחלטנו לעשות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משהו טוב יותר בפעם הבאה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תיעוד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או רישום של מה שקרה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הסוף לכל הדרך?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תוצר הוא הדרך, תהליך הוא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תוצר הוא התוצאה הסופית, תהליך הוא כל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תוצר ותהליך הם אותו דבר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מופיעים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כתוב בשלב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עשיתי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 סיימתי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היה לי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אני מרגיש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מסמנים את ההרגשה?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באימוג׳י 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במספרים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כותבים ביומן?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שמתחילים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כל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בסוף כל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בסוף הכל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התהליך עוסק רק בתוצאה הסופית של המשימה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יש מקום לכתוב ממי קיבלנו עזרה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לבטא הרגשות ביומן באמצעות אימוג׳ים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היומן לא כולל שאלה על שיפור עתידי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למלא את היומן בכל שלב של העבודה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ביומן התהליך מתעדים לא רק את התוצר אלא גם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הראשון כותבים מה __________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השלישי כותבים מי __________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הרביעי כותבים מה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היומן יש שאלה על מה רוצים ל__________ בפעם הבאה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שלב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שיניתי את...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מישהו עזר לי ב...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היה לי קשה כש...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היום עשיתי...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נכון של מילוי 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איך הרגישו וכותבים מה לשפר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מתארים קושי שהיה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ממי קיבלו עזרה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מתארים שינוי שנעשה בעבודה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השם והכיתה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מה עשו באותו שלב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שלב אחד ממשימה שעבדתם עליה לאחרונה: מה עשיתם, מה היה קשה, ומי עזר 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מה הייתם רוצים לשפר בפעם הבאה כשתעבדו על משימה דומה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תוצר לתהליך?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ארבעה שלבים מופיעים ביומן התהליך?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לתעד קשיים ועזרה שקיבלנו?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יומן התהליך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